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Activities  -  ANSWER KEY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Number &amp; Operations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Teacher copy. Answers to the activities with definite solutions (open tasks vary).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1 - Place Value Detective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Case 1: 500 080.   Case 2 (largest): 964 310.   Case 3 (smallest): 103 469.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Case 4: 405 000.   Case 5: the 6 (ten-thousands), value 60 000.   Challenge: answers vary.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2 - Fact Maze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True squares (shade these): 6x7=42, 9x9=81, 5x8=40, 6x6=36, 9x4=36, 8x7=56, 7x7=49, 6x8=48, 9x3=27, 8x6=48, 9x6=54.  Total true: 11.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Path Start-&gt;Finish: 42 -&gt; 40 -&gt; 36 -&gt; 36 -&gt; 56 -&gt; 48 -&gt; 54.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False squares: 8x9 (72), 7x6 (42), 3x9 (27), 4x8 (32), 7x8 (56).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3 - Number Pyramid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Pyramid A: bottom 12, 8, 15, 5 -&gt; 20, 23, 20 -&gt; 43, 43 -&gt; 86.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Pyramid B: bottom 45, 38, 60, 27 -&gt; 83, 98, 87 -&gt; 181, 185 -&gt; 366.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Challenge: bottom 18, 40, 22 -&gt; 58, 62 -&gt; top 120? Check: top given 100 means middle = 100-? Solve: middle brick m, 18+m and m+22; (18+m)+(m+22)=100 -&gt; 2m+40=100 -&gt; m=30. Bottom: 18, 30, 22.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4 - Multiplication Mystery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6x7=42 (P), 6x6=36 (I), 9x6=54 (A), 8x9=72 (N), 7x9=63 (O).  Answer: PIANO.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5 - Remainder Vault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22 div 4 = 5 R2;  25 div 3 = 8 R1;  39 div 5 = 7 R4;  31 div 7 = 4 R3;  40 div 8 = 5 R0.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Vault code: 2 1 4 3 0.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Story: 50 div 6 = 8 boxes, 2 left over.   Challenge: 512 div 16 = 32; factors of 512 vary (e.g. 2 and 256, 8 and 64).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6 - Decimal Challenge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Game 1a: 0.06, 0.6, 0.605, 0.66.   1b: 0.24, 0.4, 0.402, 0.42.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Game 2a: 1.05 is closest to 1.   2b: 0.98 is closest to 1.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Game 3: largest 9.740, smallest 0.479.   Challenge: 0.75 = 3/4 = 75%.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7 - Shopping Spree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1: $8.00.   2: $2.00 change.   3: $2.90.   4: answers vary.   Challenge: 3 x $6.50 = $19.50.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8 - Plan the Class Party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Answers vary; total must be 50.00 or less. Money left = $50.00 minus total.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Challenge: 2 x $12.00 = $24.00; $24.00 div 24 students = $1.00 per student.</w:t>
      </w:r>
    </w:p>
    <w:p>
      <w:pPr>
        <w:spacing w:after="60" w:before="120"/>
      </w:pPr>
      <w:r>
        <w:rPr>
          <w:b/>
          <w:i w:val="0"/>
          <w:color w:val="1F4E79"/>
          <w:sz w:val="24"/>
        </w:rPr>
        <w:t>Lesson 9 - Challenge Choice Board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620 405 = six hundred twenty thousand, four hundred five.  27x6 = 162.  3.5+2.75 = 6.25.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55 div 8 = 6 R7.  Order: 0.06, 0.6, 0.66.  Estimate 4812+3199 ~ 8000, exact 8 011.</w:t>
      </w:r>
    </w:p>
    <w:p>
      <w:pPr>
        <w:spacing w:after="40" w:before="0"/>
      </w:pPr>
      <w:r>
        <w:rPr>
          <w:b w:val="0"/>
          <w:i w:val="0"/>
          <w:color w:val="1E7A4A"/>
          <w:sz w:val="20"/>
        </w:rPr>
        <w:t>Gr 6: 4 + 2x(9-3) = 4 + 12 = 16.  $20 - ($7.25+$9.50) = $3.25 change.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